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 master register</w:t>
      </w:r>
    </w:p>
    <w:p>
      <w:r>
        <w:t>Scene 3 working record. Complete the fields using your approved training locations only.</w:t>
      </w:r>
    </w:p>
    <w:p>
      <w:pPr>
        <w:pStyle w:val="Heading1"/>
      </w:pPr>
      <w:r>
        <w:t>Master file</w:t>
      </w:r>
    </w:p>
    <w:p>
      <w:r>
        <w:t>Filename: [enter]</w:t>
        <w:br/>
        <w:t>SharePoint library: [enter privately]</w:t>
        <w:br/>
        <w:t>Master link: [paste privately]</w:t>
        <w:br/>
        <w:t>Team owner: [nominate]</w:t>
      </w:r>
    </w:p>
    <w:p>
      <w:pPr>
        <w:pStyle w:val="Heading1"/>
      </w:pPr>
      <w:r>
        <w:t>Asset check</w:t>
      </w:r>
    </w:p>
    <w:p>
      <w:r>
        <w:t>Asset or briefing template: [identify]</w:t>
        <w:br/>
        <w:t>Source and version: [record]</w:t>
        <w:br/>
        <w:t>Training use rights: [confirm]</w:t>
        <w:br/>
        <w:t>Do not treat supplied training artwork as official brand collateral.</w:t>
      </w:r>
    </w:p>
    <w:p>
      <w:pPr>
        <w:pStyle w:val="Heading1"/>
      </w:pPr>
      <w:r>
        <w:t>Relocation and access</w:t>
      </w:r>
    </w:p>
    <w:p>
      <w:r>
        <w:t>Permitted method used: [Move to or upload]</w:t>
        <w:br/>
        <w:t>Previous draft status: [retired as authoritative]</w:t>
        <w:br/>
        <w:t>Original link result: [tested outcome]</w:t>
        <w:br/>
        <w:t>Second account result: [opens same master or UNVERIFIED]</w:t>
      </w:r>
    </w:p>
    <w:p>
      <w:pPr>
        <w:pStyle w:val="Heading1"/>
      </w:pPr>
      <w:r>
        <w:t>Teams message draft</w:t>
      </w:r>
    </w:p>
    <w:p>
      <w:r>
        <w:t>Training master: [link]</w:t>
        <w:br/>
        <w:t>Use this file for ongoing edits. Previous draft: [location and retired status].</w:t>
        <w:br/>
        <w:t>Outstanding confirmation: [item and owner].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Tourism Malaysia workshop | Fictional training material | No live messages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master register</dc:title>
  <dc:subject/>
  <dc:creator>Workshop materials</dc:creator>
  <cp:keywords/>
  <dc:description/>
  <cp:lastModifiedBy>Workshop materials</cp:lastModifiedBy>
  <cp:revision>1</cp:revision>
  <dcterms:created xsi:type="dcterms:W3CDTF">2013-12-23T23:15:00Z</dcterms:created>
  <dcterms:modified xsi:type="dcterms:W3CDTF">2013-12-23T23:15:00Z</dcterms:modified>
  <cp:category/>
</cp:coreProperties>
</file>