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Visit handover worksheet</w:t>
      </w:r>
    </w:p>
    <w:p>
      <w:r>
        <w:t>Scene 7. Fill this out, then ask a colleague to use it without your explanation.</w:t>
      </w:r>
    </w:p>
    <w:p>
      <w:pPr>
        <w:pStyle w:val="Heading1"/>
      </w:pPr>
      <w:r>
        <w:t>Working files</w:t>
      </w:r>
    </w:p>
    <w:p>
      <w:r>
        <w:t>Internal master: [private link]</w:t>
        <w:br/>
        <w:t>Loop decisions and actions: [private link]</w:t>
        <w:br/>
        <w:t>Separate partner release: [private link]</w:t>
        <w:br/>
        <w:t>Release status: exercise prepared; partner email UNSENT.</w:t>
      </w:r>
    </w:p>
    <w:p>
      <w:pPr>
        <w:pStyle w:val="Heading1"/>
      </w:pPr>
      <w:r>
        <w:t>Work remaining</w:t>
      </w:r>
    </w:p>
    <w:p>
      <w:r>
        <w:t>Confirmed decisions: [record evidence]</w:t>
        <w:br/>
        <w:t>Unconfirmed arrangements: [list]</w:t>
        <w:br/>
        <w:t>Next action: confirm the replacement visit stop</w:t>
        <w:br/>
        <w:t>Owner: [nominate]</w:t>
        <w:br/>
        <w:t>Due date: [agree]</w:t>
        <w:br/>
        <w:t>Dependency or approval: [record]</w:t>
      </w:r>
    </w:p>
    <w:p>
      <w:pPr>
        <w:pStyle w:val="Heading1"/>
      </w:pPr>
      <w:r>
        <w:t>Receiving colleague test</w:t>
      </w:r>
    </w:p>
    <w:p>
      <w:r>
        <w:t>Can open the master: [yes or UNVERIFIED]</w:t>
        <w:br/>
        <w:t>Can identify the release: [yes or UNVERIFIED]</w:t>
        <w:br/>
        <w:t>Can state the next action and owner: [yes or needs clarification]</w:t>
        <w:br/>
        <w:t>Distinguishes estimates from approvals: [yes or needs clarification]</w:t>
      </w:r>
    </w:p>
    <w:p>
      <w:pPr>
        <w:pStyle w:val="Heading1"/>
      </w:pPr>
      <w:r>
        <w:t>Handover message draft</w:t>
      </w:r>
    </w:p>
    <w:p>
      <w:r>
        <w:t>Please continue the visit planning using the links above. The next action is [action], owned by [role] by [date]. [Item] still needs approval. The partner email has not been sent.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Tourism Malaysia workshop | Fictional training material | No live messages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 handover worksheet</dc:title>
  <dc:subject/>
  <dc:creator>Workshop materials</dc:creator>
  <cp:keywords/>
  <dc:description/>
  <cp:lastModifiedBy>Workshop materials</cp:lastModifiedBy>
  <cp:revision>1</cp:revision>
  <dcterms:created xsi:type="dcterms:W3CDTF">2013-12-23T23:15:00Z</dcterms:created>
  <dcterms:modified xsi:type="dcterms:W3CDTF">2013-12-23T23:15:00Z</dcterms:modified>
  <cp:category/>
</cp:coreProperties>
</file>