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Programme decision worksheet</w:t>
      </w:r>
    </w:p>
    <w:p>
      <w:r>
        <w:t>Scene 4. Copy these fields into a new Loop page or use this Word file as the offline fallback.</w:t>
      </w:r>
    </w:p>
    <w:p>
      <w:pPr>
        <w:pStyle w:val="Heading1"/>
      </w:pPr>
      <w:r>
        <w:t>Competing options</w:t>
      </w:r>
    </w:p>
    <w:p>
      <w:r>
        <w:t>Option A: briefing first, so participants have context before visiting.</w:t>
        <w:br/>
        <w:t>Option B: visit first, so the briefing can answer questions from the visit.</w:t>
        <w:br/>
        <w:t>Both are fictional proposals; neither is preapproved.</w:t>
      </w:r>
    </w:p>
    <w:p>
      <w:pPr>
        <w:pStyle w:val="Heading1"/>
      </w:pPr>
      <w:r>
        <w:t>Decision record</w:t>
      </w:r>
    </w:p>
    <w:p>
      <w:r>
        <w:t>Master itinerary link: [paste privately]</w:t>
        <w:br/>
        <w:t>Chosen or proposed option: [enter]</w:t>
        <w:br/>
        <w:t>Reason: [enter]</w:t>
        <w:br/>
        <w:t>Status: [proposal or authorised exercise decision]</w:t>
        <w:br/>
        <w:t>Nominated approver: [confirm locally]</w:t>
        <w:br/>
        <w:t>Approval outstanding: [yes or no with evidence]</w:t>
      </w:r>
    </w:p>
    <w:p>
      <w:pPr>
        <w:pStyle w:val="Heading1"/>
      </w:pPr>
      <w:r>
        <w:t>Action record</w:t>
      </w:r>
    </w:p>
    <w:p>
      <w:r>
        <w:t>Action: [describe]</w:t>
        <w:br/>
        <w:t>Owner: [nominate]</w:t>
        <w:br/>
        <w:t>Due date: [agree]</w:t>
        <w:br/>
        <w:t>Status: [open or complete]</w:t>
        <w:br/>
        <w:t>Master update: [describe agreed edit or pending approval]</w:t>
      </w:r>
    </w:p>
    <w:p>
      <w:pPr>
        <w:pStyle w:val="Heading1"/>
      </w:pPr>
      <w:r>
        <w:t>Collaboration check</w:t>
      </w:r>
    </w:p>
    <w:p>
      <w:r>
        <w:t>Second contributor: [training role]</w:t>
        <w:br/>
        <w:t>Change made: [record]</w:t>
        <w:br/>
        <w:t>Both contributors see the change: [yes or UNVERIFIED]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Tourism Malaysia workshop | Fictional training material | No live messages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 decision worksheet</dc:title>
  <dc:subject/>
  <dc:creator>Workshop materials</dc:creator>
  <cp:keywords/>
  <dc:description/>
  <cp:lastModifiedBy>Workshop materials</cp:lastModifiedBy>
  <cp:revision>1</cp:revision>
  <dcterms:created xsi:type="dcterms:W3CDTF">2013-12-23T23:15:00Z</dcterms:created>
  <dcterms:modified xsi:type="dcterms:W3CDTF">2013-12-23T23:15:00Z</dcterms:modified>
  <cp:category/>
</cp:coreProperties>
</file>